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B36C" w14:textId="77777777" w:rsidR="000315BA" w:rsidRPr="00F05070" w:rsidRDefault="00000000">
      <w:pPr>
        <w:spacing w:after="120"/>
        <w:jc w:val="center"/>
        <w:rPr>
          <w:lang w:val="ru-RU"/>
        </w:rPr>
      </w:pPr>
      <w:r w:rsidRPr="00F05070">
        <w:rPr>
          <w:b/>
          <w:lang w:val="ru-RU"/>
        </w:rPr>
        <w:t xml:space="preserve">О возможности привлечения грантового финансирования </w:t>
      </w:r>
      <w:proofErr w:type="spellStart"/>
      <w:r w:rsidRPr="00F05070">
        <w:rPr>
          <w:b/>
          <w:lang w:val="ru-RU"/>
        </w:rPr>
        <w:t>Росмолодёжь.Гранты</w:t>
      </w:r>
      <w:proofErr w:type="spellEnd"/>
      <w:r w:rsidRPr="00F05070">
        <w:rPr>
          <w:b/>
          <w:lang w:val="ru-RU"/>
        </w:rPr>
        <w:t xml:space="preserve"> к спортивным мероприятиям Профсоюза</w:t>
      </w:r>
    </w:p>
    <w:p w14:paraId="6B56E91C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>Уважаемые коллеги!</w:t>
      </w:r>
    </w:p>
    <w:p w14:paraId="0039BDD4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>Информируем о возможности участия молодых активистов и членов проектных команд в конкурсе «</w:t>
      </w:r>
      <w:proofErr w:type="spellStart"/>
      <w:r w:rsidRPr="00F05070">
        <w:rPr>
          <w:lang w:val="ru-RU"/>
        </w:rPr>
        <w:t>Росмолодёжь.Гранты</w:t>
      </w:r>
      <w:proofErr w:type="spellEnd"/>
      <w:r w:rsidRPr="00F05070">
        <w:rPr>
          <w:lang w:val="ru-RU"/>
        </w:rPr>
        <w:t>» среди физических лиц.</w:t>
      </w:r>
    </w:p>
    <w:p w14:paraId="42341BCC" w14:textId="47FA6CA8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 xml:space="preserve">К участию допускаются граждане Российской Федерации в возрасте от 14 до 35 лет включительно. Заявка подаётся от имени руководителя проекта </w:t>
      </w:r>
      <w:r w:rsidR="00F05070" w:rsidRPr="00F05070">
        <w:rPr>
          <w:lang w:val="ru-RU"/>
        </w:rPr>
        <w:t>-</w:t>
      </w:r>
      <w:r w:rsidRPr="00F05070">
        <w:rPr>
          <w:lang w:val="ru-RU"/>
        </w:rPr>
        <w:t>молодого автора; в проекте может быть представлена команда, включая волонтёров, партнёров и организации, участвующие в его реализации. Максимальный размер грантовой поддержки в рамках соответствующего конкурса составляет до 1 млн рублей.</w:t>
      </w:r>
    </w:p>
    <w:p w14:paraId="641B3A46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>Для спортивного направления Профсоюза особый интерес представляет номинация:</w:t>
      </w:r>
    </w:p>
    <w:p w14:paraId="03977D81" w14:textId="18EC37C7" w:rsidR="000315BA" w:rsidRPr="00F05070" w:rsidRDefault="00000000">
      <w:pPr>
        <w:spacing w:after="120"/>
        <w:rPr>
          <w:lang w:val="ru-RU"/>
        </w:rPr>
      </w:pPr>
      <w:r w:rsidRPr="00F05070">
        <w:rPr>
          <w:b/>
          <w:lang w:val="ru-RU"/>
        </w:rPr>
        <w:t>«#</w:t>
      </w:r>
      <w:proofErr w:type="spellStart"/>
      <w:r w:rsidRPr="00F05070">
        <w:rPr>
          <w:b/>
          <w:lang w:val="ru-RU"/>
        </w:rPr>
        <w:t>будь_здоров</w:t>
      </w:r>
      <w:proofErr w:type="spellEnd"/>
      <w:r w:rsidRPr="00F05070">
        <w:rPr>
          <w:b/>
          <w:lang w:val="ru-RU"/>
        </w:rPr>
        <w:t xml:space="preserve">» </w:t>
      </w:r>
      <w:r w:rsidR="00F05070" w:rsidRPr="00F05070">
        <w:rPr>
          <w:b/>
          <w:lang w:val="ru-RU"/>
        </w:rPr>
        <w:t>-</w:t>
      </w:r>
      <w:r w:rsidRPr="00F05070">
        <w:rPr>
          <w:b/>
          <w:lang w:val="ru-RU"/>
        </w:rPr>
        <w:t>проекты, направленные на популяризацию спорта и здорового образа жизни.</w:t>
      </w:r>
    </w:p>
    <w:p w14:paraId="65B66AD1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 xml:space="preserve">Предлагаем рассмотреть возможность подготовки отдельного молодёжного подпроекта, сопровождающего проведение </w:t>
      </w:r>
      <w:proofErr w:type="spellStart"/>
      <w:r w:rsidRPr="00F05070">
        <w:rPr>
          <w:lang w:val="ru-RU"/>
        </w:rPr>
        <w:t>академиад</w:t>
      </w:r>
      <w:proofErr w:type="spellEnd"/>
      <w:r w:rsidRPr="00F05070">
        <w:rPr>
          <w:lang w:val="ru-RU"/>
        </w:rPr>
        <w:t xml:space="preserve"> Профсоюза. Его целью может стать приглашение и содержательное участие молодых представителей научного сообщества через Совет молодых учёных Международной ассоциации академий наук (СМУ МААН).</w:t>
      </w:r>
    </w:p>
    <w:p w14:paraId="222CD388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>Такой подпроект может быть заявлен молодым руководителем в рамках номинации «#</w:t>
      </w:r>
      <w:proofErr w:type="spellStart"/>
      <w:r w:rsidRPr="00F05070">
        <w:rPr>
          <w:lang w:val="ru-RU"/>
        </w:rPr>
        <w:t>будь_здоров</w:t>
      </w:r>
      <w:proofErr w:type="spellEnd"/>
      <w:r w:rsidRPr="00F05070">
        <w:rPr>
          <w:lang w:val="ru-RU"/>
        </w:rPr>
        <w:t>» и предусматривать, в частности:</w:t>
      </w:r>
    </w:p>
    <w:p w14:paraId="2CBBC8B2" w14:textId="77777777" w:rsidR="000315BA" w:rsidRPr="00F05070" w:rsidRDefault="00000000" w:rsidP="00F05070">
      <w:pPr>
        <w:pStyle w:val="a0"/>
        <w:numPr>
          <w:ilvl w:val="0"/>
          <w:numId w:val="10"/>
        </w:numPr>
        <w:spacing w:after="60"/>
        <w:rPr>
          <w:lang w:val="ru-RU"/>
        </w:rPr>
      </w:pPr>
      <w:r w:rsidRPr="00F05070">
        <w:rPr>
          <w:lang w:val="ru-RU"/>
        </w:rPr>
        <w:t>информационную кампанию и адресное приглашение молодых учёных и молодых специалистов через СМУ МААН;</w:t>
      </w:r>
    </w:p>
    <w:p w14:paraId="3B0F28A9" w14:textId="77777777" w:rsidR="000315BA" w:rsidRPr="00F05070" w:rsidRDefault="00000000" w:rsidP="00F05070">
      <w:pPr>
        <w:pStyle w:val="a0"/>
        <w:numPr>
          <w:ilvl w:val="0"/>
          <w:numId w:val="10"/>
        </w:numPr>
        <w:spacing w:after="60"/>
        <w:rPr>
          <w:lang w:val="ru-RU"/>
        </w:rPr>
      </w:pPr>
      <w:r w:rsidRPr="00F05070">
        <w:rPr>
          <w:lang w:val="ru-RU"/>
        </w:rPr>
        <w:t xml:space="preserve">формирование молодёжной спортивной делегации и команд для участия в </w:t>
      </w:r>
      <w:proofErr w:type="spellStart"/>
      <w:r w:rsidRPr="00F05070">
        <w:rPr>
          <w:lang w:val="ru-RU"/>
        </w:rPr>
        <w:t>академиаде</w:t>
      </w:r>
      <w:proofErr w:type="spellEnd"/>
      <w:r w:rsidRPr="00F05070">
        <w:rPr>
          <w:lang w:val="ru-RU"/>
        </w:rPr>
        <w:t>;</w:t>
      </w:r>
    </w:p>
    <w:p w14:paraId="4F97A69F" w14:textId="77777777" w:rsidR="000315BA" w:rsidRPr="00F05070" w:rsidRDefault="00000000" w:rsidP="00F05070">
      <w:pPr>
        <w:pStyle w:val="a0"/>
        <w:numPr>
          <w:ilvl w:val="0"/>
          <w:numId w:val="10"/>
        </w:numPr>
        <w:spacing w:after="60"/>
        <w:rPr>
          <w:lang w:val="ru-RU"/>
        </w:rPr>
      </w:pPr>
      <w:r w:rsidRPr="00F05070">
        <w:rPr>
          <w:lang w:val="ru-RU"/>
        </w:rPr>
        <w:t>организацию волонтёрского сопровождения и молодёжной программы в период проведения мероприятия;</w:t>
      </w:r>
    </w:p>
    <w:p w14:paraId="07E009B1" w14:textId="77777777" w:rsidR="000315BA" w:rsidRPr="00F05070" w:rsidRDefault="00000000" w:rsidP="00F05070">
      <w:pPr>
        <w:pStyle w:val="a0"/>
        <w:numPr>
          <w:ilvl w:val="0"/>
          <w:numId w:val="10"/>
        </w:numPr>
        <w:spacing w:after="60"/>
        <w:rPr>
          <w:lang w:val="ru-RU"/>
        </w:rPr>
      </w:pPr>
      <w:r w:rsidRPr="00F05070">
        <w:rPr>
          <w:lang w:val="ru-RU"/>
        </w:rPr>
        <w:t>проведение открытых тренировок, мастер-классов, встреч и иных активностей, популяризирующих спорт и здоровый образ жизни в научной среде;</w:t>
      </w:r>
    </w:p>
    <w:p w14:paraId="38E07C4E" w14:textId="77777777" w:rsidR="000315BA" w:rsidRPr="00F05070" w:rsidRDefault="00000000" w:rsidP="00F05070">
      <w:pPr>
        <w:pStyle w:val="a0"/>
        <w:numPr>
          <w:ilvl w:val="0"/>
          <w:numId w:val="10"/>
        </w:numPr>
        <w:spacing w:after="60"/>
        <w:rPr>
          <w:lang w:val="ru-RU"/>
        </w:rPr>
      </w:pPr>
      <w:r w:rsidRPr="00F05070">
        <w:rPr>
          <w:lang w:val="ru-RU"/>
        </w:rPr>
        <w:t>развитие устойчивых связей между молодыми учёными и молодыми профсоюзными активистами из разных организаций и регионов;</w:t>
      </w:r>
    </w:p>
    <w:p w14:paraId="170D8E3C" w14:textId="77777777" w:rsidR="000315BA" w:rsidRPr="00F05070" w:rsidRDefault="00000000" w:rsidP="00F05070">
      <w:pPr>
        <w:pStyle w:val="a0"/>
        <w:numPr>
          <w:ilvl w:val="0"/>
          <w:numId w:val="10"/>
        </w:numPr>
        <w:spacing w:after="60"/>
        <w:rPr>
          <w:lang w:val="ru-RU"/>
        </w:rPr>
      </w:pPr>
      <w:r w:rsidRPr="00F05070">
        <w:rPr>
          <w:lang w:val="ru-RU"/>
        </w:rPr>
        <w:t xml:space="preserve">подготовку материалов, отражающих опыт участия молодёжи в </w:t>
      </w:r>
      <w:proofErr w:type="spellStart"/>
      <w:r w:rsidRPr="00F05070">
        <w:rPr>
          <w:lang w:val="ru-RU"/>
        </w:rPr>
        <w:t>академиаде</w:t>
      </w:r>
      <w:proofErr w:type="spellEnd"/>
      <w:r w:rsidRPr="00F05070">
        <w:rPr>
          <w:lang w:val="ru-RU"/>
        </w:rPr>
        <w:t xml:space="preserve"> и способствующих дальнейшему вовлечению в спортивные инициативы Профсоюза.</w:t>
      </w:r>
    </w:p>
    <w:p w14:paraId="7E165BB9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 xml:space="preserve">В качестве предмета грантового финансирования целесообразно рассматривать именно молодёжный подпроект и связанные с ним мероприятия: организацию участия и молодёжной программы, информационное сопровождение, работу волонтёров, проведение тематических активностей и иные предусмотренные условиями конкурса расходы. Саму </w:t>
      </w:r>
      <w:proofErr w:type="spellStart"/>
      <w:r w:rsidRPr="00F05070">
        <w:rPr>
          <w:lang w:val="ru-RU"/>
        </w:rPr>
        <w:t>академиаду</w:t>
      </w:r>
      <w:proofErr w:type="spellEnd"/>
      <w:r w:rsidRPr="00F05070">
        <w:rPr>
          <w:lang w:val="ru-RU"/>
        </w:rPr>
        <w:t xml:space="preserve"> при этом следует позиционировать как площадку реализации проекта, а не как единственный объект финансирования.</w:t>
      </w:r>
    </w:p>
    <w:p w14:paraId="3AC9D6CC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 xml:space="preserve">Подобный подход позволит одновременно привлечь дополнительные ресурсы к спортивным мероприятиям, расширить участие молодых учёных в </w:t>
      </w:r>
      <w:proofErr w:type="spellStart"/>
      <w:r w:rsidRPr="00F05070">
        <w:rPr>
          <w:lang w:val="ru-RU"/>
        </w:rPr>
        <w:t>академиадах</w:t>
      </w:r>
      <w:proofErr w:type="spellEnd"/>
      <w:r w:rsidRPr="00F05070">
        <w:rPr>
          <w:lang w:val="ru-RU"/>
        </w:rPr>
        <w:t xml:space="preserve"> и сформировать устойчивый канал взаимодействия Профсоюза с молодёжным активом СМУ МААН.</w:t>
      </w:r>
    </w:p>
    <w:p w14:paraId="6C421D0F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>Просим членов комиссии и организаторов спортивных мероприятий оценить целесообразность разработки такой заявки, наличие молодых активистов в возрасте до 35 лет, готовых выступить руководителем и членами проектной команды, а также возможные организационные параметры взаимодействия с СМУ МААН.</w:t>
      </w:r>
    </w:p>
    <w:p w14:paraId="3F61B732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lastRenderedPageBreak/>
        <w:t>Даже при отсутствии готовой заявки предлагаем учитывать эту возможность при планировании календаря мероприятий и формировании молодёжного актива вокруг спортивного направления.</w:t>
      </w:r>
    </w:p>
    <w:p w14:paraId="22BDBEA0" w14:textId="77777777" w:rsidR="000315BA" w:rsidRPr="00F05070" w:rsidRDefault="00000000">
      <w:pPr>
        <w:spacing w:after="120"/>
        <w:rPr>
          <w:lang w:val="ru-RU"/>
        </w:rPr>
      </w:pPr>
      <w:r w:rsidRPr="00F05070">
        <w:rPr>
          <w:lang w:val="ru-RU"/>
        </w:rPr>
        <w:t xml:space="preserve">Информация о конкурсе размещена на платформе </w:t>
      </w:r>
      <w:proofErr w:type="spellStart"/>
      <w:r w:rsidRPr="00F05070">
        <w:rPr>
          <w:lang w:val="ru-RU"/>
        </w:rPr>
        <w:t>Росмолодёжь.Гранты</w:t>
      </w:r>
      <w:proofErr w:type="spellEnd"/>
      <w:r w:rsidRPr="00F05070">
        <w:rPr>
          <w:lang w:val="ru-RU"/>
        </w:rPr>
        <w:t xml:space="preserve">: </w:t>
      </w:r>
      <w:r>
        <w:t>https</w:t>
      </w:r>
      <w:r w:rsidRPr="00F05070">
        <w:rPr>
          <w:lang w:val="ru-RU"/>
        </w:rPr>
        <w:t>://</w:t>
      </w:r>
      <w:proofErr w:type="spellStart"/>
      <w:r>
        <w:t>myrosmol</w:t>
      </w:r>
      <w:proofErr w:type="spellEnd"/>
      <w:r w:rsidRPr="00F05070">
        <w:rPr>
          <w:lang w:val="ru-RU"/>
        </w:rPr>
        <w:t>.</w:t>
      </w:r>
      <w:proofErr w:type="spellStart"/>
      <w:r>
        <w:t>ru</w:t>
      </w:r>
      <w:proofErr w:type="spellEnd"/>
      <w:r w:rsidRPr="00F05070">
        <w:rPr>
          <w:lang w:val="ru-RU"/>
        </w:rPr>
        <w:t>/</w:t>
      </w:r>
      <w:r>
        <w:t>events</w:t>
      </w:r>
      <w:r w:rsidRPr="00F05070">
        <w:rPr>
          <w:lang w:val="ru-RU"/>
        </w:rPr>
        <w:t>/</w:t>
      </w:r>
      <w:r>
        <w:t>a</w:t>
      </w:r>
      <w:r w:rsidRPr="00F05070">
        <w:rPr>
          <w:lang w:val="ru-RU"/>
        </w:rPr>
        <w:t>7</w:t>
      </w:r>
      <w:r>
        <w:t>b</w:t>
      </w:r>
      <w:r w:rsidRPr="00F05070">
        <w:rPr>
          <w:lang w:val="ru-RU"/>
        </w:rPr>
        <w:t>69</w:t>
      </w:r>
      <w:r>
        <w:t>fc</w:t>
      </w:r>
      <w:r w:rsidRPr="00F05070">
        <w:rPr>
          <w:lang w:val="ru-RU"/>
        </w:rPr>
        <w:t>8-</w:t>
      </w:r>
      <w:proofErr w:type="spellStart"/>
      <w:r>
        <w:t>db</w:t>
      </w:r>
      <w:proofErr w:type="spellEnd"/>
      <w:r w:rsidRPr="00F05070">
        <w:rPr>
          <w:lang w:val="ru-RU"/>
        </w:rPr>
        <w:t>63-4</w:t>
      </w:r>
      <w:r>
        <w:t>ac</w:t>
      </w:r>
      <w:r w:rsidRPr="00F05070">
        <w:rPr>
          <w:lang w:val="ru-RU"/>
        </w:rPr>
        <w:t>7-</w:t>
      </w:r>
      <w:r>
        <w:t>ac</w:t>
      </w:r>
      <w:r w:rsidRPr="00F05070">
        <w:rPr>
          <w:lang w:val="ru-RU"/>
        </w:rPr>
        <w:t>63-37631</w:t>
      </w:r>
      <w:r>
        <w:t>b</w:t>
      </w:r>
      <w:r w:rsidRPr="00F05070">
        <w:rPr>
          <w:lang w:val="ru-RU"/>
        </w:rPr>
        <w:t>03</w:t>
      </w:r>
      <w:r>
        <w:t>e</w:t>
      </w:r>
      <w:r w:rsidRPr="00F05070">
        <w:rPr>
          <w:lang w:val="ru-RU"/>
        </w:rPr>
        <w:t>20</w:t>
      </w:r>
      <w:r>
        <w:t>e</w:t>
      </w:r>
    </w:p>
    <w:p w14:paraId="6446C236" w14:textId="77777777" w:rsidR="000315BA" w:rsidRPr="00F05070" w:rsidRDefault="000315BA">
      <w:pPr>
        <w:spacing w:after="120"/>
        <w:rPr>
          <w:lang w:val="ru-RU"/>
        </w:rPr>
      </w:pPr>
    </w:p>
    <w:p w14:paraId="2D13F261" w14:textId="39248CE8" w:rsidR="000315BA" w:rsidRDefault="000315BA">
      <w:pPr>
        <w:spacing w:after="120"/>
      </w:pPr>
    </w:p>
    <w:sectPr w:rsidR="000315BA" w:rsidSect="00034616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293AC4"/>
    <w:multiLevelType w:val="hybridMultilevel"/>
    <w:tmpl w:val="4C34E07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4378442">
    <w:abstractNumId w:val="8"/>
  </w:num>
  <w:num w:numId="2" w16cid:durableId="2018576791">
    <w:abstractNumId w:val="6"/>
  </w:num>
  <w:num w:numId="3" w16cid:durableId="1023939962">
    <w:abstractNumId w:val="5"/>
  </w:num>
  <w:num w:numId="4" w16cid:durableId="280773094">
    <w:abstractNumId w:val="4"/>
  </w:num>
  <w:num w:numId="5" w16cid:durableId="1450272341">
    <w:abstractNumId w:val="7"/>
  </w:num>
  <w:num w:numId="6" w16cid:durableId="1831870206">
    <w:abstractNumId w:val="3"/>
  </w:num>
  <w:num w:numId="7" w16cid:durableId="250352464">
    <w:abstractNumId w:val="2"/>
  </w:num>
  <w:num w:numId="8" w16cid:durableId="275407493">
    <w:abstractNumId w:val="1"/>
  </w:num>
  <w:num w:numId="9" w16cid:durableId="1260869739">
    <w:abstractNumId w:val="0"/>
  </w:num>
  <w:num w:numId="10" w16cid:durableId="12161164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5BA"/>
    <w:rsid w:val="00034616"/>
    <w:rsid w:val="0006063C"/>
    <w:rsid w:val="0015074B"/>
    <w:rsid w:val="0029639D"/>
    <w:rsid w:val="00326F90"/>
    <w:rsid w:val="00A80BBB"/>
    <w:rsid w:val="00AA1D8D"/>
    <w:rsid w:val="00B47730"/>
    <w:rsid w:val="00CB0664"/>
    <w:rsid w:val="00F050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58B2DA"/>
  <w14:defaultImageDpi w14:val="300"/>
  <w15:docId w15:val="{06455F88-E1D8-4531-9ADD-25D85DC9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 Alex</cp:lastModifiedBy>
  <cp:revision>2</cp:revision>
  <dcterms:created xsi:type="dcterms:W3CDTF">2013-12-23T23:15:00Z</dcterms:created>
  <dcterms:modified xsi:type="dcterms:W3CDTF">2026-08-21T11:28:00Z</dcterms:modified>
  <cp:category/>
</cp:coreProperties>
</file>