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45690" w:rsidRPr="00101907" w:rsidRDefault="000A63EE">
      <w:pPr>
        <w:pStyle w:val="1"/>
        <w:jc w:val="center"/>
        <w:rPr>
          <w:lang w:val="ru-RU"/>
        </w:rPr>
      </w:pPr>
      <w:r w:rsidRPr="00101907">
        <w:rPr>
          <w:lang w:val="ru-RU"/>
        </w:rPr>
        <w:t>Приложение 1</w:t>
      </w:r>
      <w:r w:rsidRPr="00101907">
        <w:rPr>
          <w:lang w:val="ru-RU"/>
        </w:rPr>
        <w:br/>
        <w:t>План совместных работ и мероприятий на 2026 год</w:t>
      </w:r>
    </w:p>
    <w:p w:rsidR="00D45690" w:rsidRPr="00101907" w:rsidRDefault="000A63EE">
      <w:pPr>
        <w:jc w:val="center"/>
        <w:rPr>
          <w:lang w:val="ru-RU"/>
        </w:rPr>
      </w:pPr>
      <w:r w:rsidRPr="00101907">
        <w:rPr>
          <w:lang w:val="ru-RU"/>
        </w:rPr>
        <w:t>К Соглашению о сотрудничестве между ФГБУ «Российская академия наук» и Профсоюзом работников РАН</w:t>
      </w:r>
      <w:r w:rsidRPr="00101907">
        <w:rPr>
          <w:lang w:val="ru-RU"/>
        </w:rPr>
        <w:br/>
      </w:r>
    </w:p>
    <w:p w:rsidR="00D45690" w:rsidRDefault="000A63EE">
      <w:bookmarkStart w:id="0" w:name="_GoBack"/>
      <w:r>
        <w:rPr>
          <w:noProof/>
          <w:lang w:val="ru-RU" w:eastAsia="ru-RU"/>
        </w:rPr>
        <w:drawing>
          <wp:inline distT="0" distB="0" distL="0" distR="0">
            <wp:extent cx="6215237" cy="4988257"/>
            <wp:effectExtent l="0" t="0" r="0" b="317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782899131314.jpg_rot.jpg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6216555" cy="49893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p w:rsidR="00D45690" w:rsidRDefault="000A63EE">
      <w:r>
        <w:br w:type="page"/>
      </w:r>
      <w:r>
        <w:rPr>
          <w:noProof/>
          <w:lang w:val="ru-RU" w:eastAsia="ru-RU"/>
        </w:rPr>
        <w:lastRenderedPageBreak/>
        <w:drawing>
          <wp:inline distT="0" distB="0" distL="0" distR="0" wp14:anchorId="6BE5A7DD" wp14:editId="6465C284">
            <wp:extent cx="4646170" cy="6107822"/>
            <wp:effectExtent l="0" t="6985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план соглашения с РАН.jpg_rot.jpg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4647988" cy="611021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45690" w:rsidRDefault="00D45690"/>
    <w:sectPr w:rsidR="00D45690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0A63EE"/>
    <w:rsid w:val="00101907"/>
    <w:rsid w:val="0015074B"/>
    <w:rsid w:val="0029639D"/>
    <w:rsid w:val="00326F90"/>
    <w:rsid w:val="00AA1D8D"/>
    <w:rsid w:val="00B47730"/>
    <w:rsid w:val="00CB0664"/>
    <w:rsid w:val="00D45690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1">
    <w:name w:val="Normal"/>
    <w:qFormat/>
    <w:rsid w:val="00FC693F"/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Название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styleId="aff8">
    <w:name w:val="Balloon Text"/>
    <w:basedOn w:val="a1"/>
    <w:link w:val="aff9"/>
    <w:uiPriority w:val="99"/>
    <w:semiHidden/>
    <w:unhideWhenUsed/>
    <w:rsid w:val="0010190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f9">
    <w:name w:val="Текст выноски Знак"/>
    <w:basedOn w:val="a2"/>
    <w:link w:val="aff8"/>
    <w:uiPriority w:val="99"/>
    <w:semiHidden/>
    <w:rsid w:val="0010190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1">
    <w:name w:val="Normal"/>
    <w:qFormat/>
    <w:rsid w:val="00FC693F"/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Название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styleId="aff8">
    <w:name w:val="Balloon Text"/>
    <w:basedOn w:val="a1"/>
    <w:link w:val="aff9"/>
    <w:uiPriority w:val="99"/>
    <w:semiHidden/>
    <w:unhideWhenUsed/>
    <w:rsid w:val="0010190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f9">
    <w:name w:val="Текст выноски Знак"/>
    <w:basedOn w:val="a2"/>
    <w:link w:val="aff8"/>
    <w:uiPriority w:val="99"/>
    <w:semiHidden/>
    <w:rsid w:val="0010190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g"/><Relationship Id="rId3" Type="http://schemas.openxmlformats.org/officeDocument/2006/relationships/styles" Target="styles.xml"/><Relationship Id="rId7" Type="http://schemas.openxmlformats.org/officeDocument/2006/relationships/image" Target="media/image1.jp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35CECC58-C008-42A6-A39D-F10B2C8C75E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21</Words>
  <Characters>143</Characters>
  <Application>Microsoft Office Word</Application>
  <DocSecurity>0</DocSecurity>
  <Lines>2</Lines>
  <Paragraphs>1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163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python-docx</dc:creator>
  <dc:description>generated by python-docx</dc:description>
  <cp:lastModifiedBy>Волчкова</cp:lastModifiedBy>
  <cp:revision>2</cp:revision>
  <dcterms:created xsi:type="dcterms:W3CDTF">2026-07-04T20:46:00Z</dcterms:created>
  <dcterms:modified xsi:type="dcterms:W3CDTF">2026-07-04T20:46:00Z</dcterms:modified>
</cp:coreProperties>
</file>